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D614C" w14:textId="2058732D" w:rsidR="00C255DC" w:rsidRPr="00C255DC" w:rsidRDefault="00E5668D" w:rsidP="00C255DC">
      <w:pPr>
        <w:spacing w:after="80"/>
        <w:jc w:val="center"/>
        <w:rPr>
          <w:rFonts w:ascii="標楷體" w:eastAsia="標楷體" w:hAnsi="標楷體"/>
          <w:b/>
          <w:color w:val="0F172A"/>
          <w:sz w:val="40"/>
          <w:lang w:eastAsia="zh-TW"/>
        </w:rPr>
      </w:pPr>
      <w:r w:rsidRPr="00711A0B">
        <w:rPr>
          <w:rFonts w:ascii="標楷體" w:eastAsia="標楷體" w:hAnsi="標楷體"/>
          <w:b/>
          <w:color w:val="0F172A"/>
          <w:sz w:val="40"/>
          <w:lang w:eastAsia="zh-TW"/>
        </w:rPr>
        <w:t>產學合作研發成果歸屬</w:t>
      </w:r>
      <w:r w:rsidR="00D4073C">
        <w:rPr>
          <w:rFonts w:ascii="標楷體" w:eastAsia="標楷體" w:hAnsi="標楷體" w:hint="eastAsia"/>
          <w:b/>
          <w:color w:val="0F172A"/>
          <w:sz w:val="40"/>
          <w:lang w:eastAsia="zh-TW"/>
        </w:rPr>
        <w:t>民間機構</w:t>
      </w:r>
      <w:r w:rsidR="00785094">
        <w:rPr>
          <w:rFonts w:ascii="標楷體" w:eastAsia="標楷體" w:hAnsi="標楷體" w:hint="eastAsia"/>
          <w:b/>
          <w:color w:val="0F172A"/>
          <w:sz w:val="40"/>
          <w:lang w:eastAsia="zh-TW"/>
        </w:rPr>
        <w:t>申請暨審查</w:t>
      </w:r>
      <w:r w:rsidRPr="00711A0B">
        <w:rPr>
          <w:rFonts w:ascii="標楷體" w:eastAsia="標楷體" w:hAnsi="標楷體"/>
          <w:b/>
          <w:color w:val="0F172A"/>
          <w:sz w:val="40"/>
          <w:lang w:eastAsia="zh-TW"/>
        </w:rPr>
        <w:t>表</w:t>
      </w:r>
    </w:p>
    <w:p w14:paraId="33A70483" w14:textId="17767455" w:rsidR="00463A66" w:rsidRPr="004D67C0" w:rsidRDefault="00463A66" w:rsidP="00C255DC">
      <w:pPr>
        <w:spacing w:beforeLines="150" w:before="360" w:after="480" w:line="360" w:lineRule="auto"/>
        <w:jc w:val="both"/>
        <w:rPr>
          <w:rFonts w:ascii="標楷體" w:eastAsia="標楷體" w:hAnsi="標楷體"/>
          <w:color w:val="000000" w:themeColor="text1"/>
          <w:sz w:val="21"/>
          <w:lang w:eastAsia="zh-TW"/>
        </w:rPr>
      </w:pPr>
      <w:r w:rsidRPr="004D67C0">
        <w:rPr>
          <w:rFonts w:ascii="標楷體" w:eastAsia="標楷體" w:hAnsi="標楷體"/>
          <w:color w:val="000000" w:themeColor="text1"/>
          <w:sz w:val="21"/>
          <w:lang w:eastAsia="zh-TW"/>
        </w:rPr>
        <w:t>填表說明：本計畫如</w:t>
      </w:r>
      <w:r w:rsidR="00AA51FC" w:rsidRPr="00AA51FC">
        <w:rPr>
          <w:rFonts w:ascii="標楷體" w:eastAsia="標楷體" w:hAnsi="標楷體" w:hint="eastAsia"/>
          <w:color w:val="000000" w:themeColor="text1"/>
          <w:sz w:val="21"/>
          <w:lang w:eastAsia="zh-TW"/>
        </w:rPr>
        <w:t>擬約定本校</w:t>
      </w:r>
      <w:r w:rsidR="00AA51FC" w:rsidRPr="00AA51FC">
        <w:rPr>
          <w:rFonts w:ascii="標楷體" w:eastAsia="標楷體" w:hAnsi="標楷體"/>
          <w:color w:val="000000" w:themeColor="text1"/>
          <w:sz w:val="21"/>
          <w:lang w:eastAsia="zh-TW"/>
        </w:rPr>
        <w:t>研發成果（智慧財產權）</w:t>
      </w:r>
      <w:r w:rsidR="00AA51FC" w:rsidRPr="00AA51FC">
        <w:rPr>
          <w:rFonts w:ascii="標楷體" w:eastAsia="標楷體" w:hAnsi="標楷體" w:hint="eastAsia"/>
          <w:color w:val="000000" w:themeColor="text1"/>
          <w:sz w:val="21"/>
          <w:lang w:eastAsia="zh-TW"/>
        </w:rPr>
        <w:t>持有比例低於百分之三十</w:t>
      </w:r>
      <w:r w:rsidRPr="004D67C0">
        <w:rPr>
          <w:rFonts w:ascii="標楷體" w:eastAsia="標楷體" w:hAnsi="標楷體"/>
          <w:color w:val="000000" w:themeColor="text1"/>
          <w:sz w:val="21"/>
          <w:lang w:eastAsia="zh-TW"/>
        </w:rPr>
        <w:t>，請計畫主持人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填寫計畫基本資料後</w:t>
      </w:r>
      <w:r w:rsidRPr="004D67C0">
        <w:rPr>
          <w:rFonts w:ascii="標楷體" w:eastAsia="標楷體" w:hAnsi="標楷體"/>
          <w:color w:val="000000" w:themeColor="text1"/>
          <w:sz w:val="21"/>
          <w:lang w:eastAsia="zh-TW"/>
        </w:rPr>
        <w:t>依實際狀況勾選客觀指標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。本表填寫並</w:t>
      </w:r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由計畫</w:t>
      </w:r>
      <w:proofErr w:type="gramStart"/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主持人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親簽後</w:t>
      </w:r>
      <w:proofErr w:type="gramEnd"/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請</w:t>
      </w:r>
      <w:proofErr w:type="gramStart"/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併</w:t>
      </w:r>
      <w:proofErr w:type="gramEnd"/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同</w:t>
      </w:r>
      <w:r w:rsidR="00785094" w:rsidRPr="004D67C0">
        <w:rPr>
          <w:rFonts w:ascii="標楷體" w:eastAsia="標楷體" w:hAnsi="標楷體"/>
          <w:color w:val="000000" w:themeColor="text1"/>
          <w:sz w:val="21"/>
          <w:lang w:eastAsia="zh-TW"/>
        </w:rPr>
        <w:t>完整佐證</w:t>
      </w:r>
      <w:proofErr w:type="gramStart"/>
      <w:r w:rsidR="00785094" w:rsidRPr="004D67C0">
        <w:rPr>
          <w:rFonts w:ascii="標楷體" w:eastAsia="標楷體" w:hAnsi="標楷體"/>
          <w:color w:val="000000" w:themeColor="text1"/>
          <w:sz w:val="21"/>
          <w:lang w:eastAsia="zh-TW"/>
        </w:rPr>
        <w:t>資料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送產學</w:t>
      </w:r>
      <w:proofErr w:type="gramEnd"/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營運總中心行政組，</w:t>
      </w:r>
      <w:proofErr w:type="gramStart"/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本</w:t>
      </w:r>
      <w:r w:rsid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組</w:t>
      </w:r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確認</w:t>
      </w:r>
      <w:proofErr w:type="gramEnd"/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資料齊全</w:t>
      </w:r>
      <w:r w:rsid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無誤後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提供給</w:t>
      </w:r>
      <w:r w:rsid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本中心</w:t>
      </w:r>
      <w:r w:rsidR="009D36A3">
        <w:rPr>
          <w:rFonts w:ascii="標楷體" w:eastAsia="標楷體" w:hAnsi="標楷體" w:hint="eastAsia"/>
          <w:color w:val="000000" w:themeColor="text1"/>
          <w:sz w:val="21"/>
          <w:lang w:eastAsia="zh-TW"/>
        </w:rPr>
        <w:t>主任</w:t>
      </w:r>
      <w:r w:rsidR="0091565D">
        <w:rPr>
          <w:rFonts w:ascii="標楷體" w:eastAsia="標楷體" w:hAnsi="標楷體" w:hint="eastAsia"/>
          <w:color w:val="000000" w:themeColor="text1"/>
          <w:sz w:val="21"/>
          <w:lang w:eastAsia="zh-TW"/>
        </w:rPr>
        <w:t>組成之I</w:t>
      </w:r>
      <w:r w:rsidR="0091565D">
        <w:rPr>
          <w:rFonts w:ascii="標楷體" w:eastAsia="標楷體" w:hAnsi="標楷體"/>
          <w:color w:val="000000" w:themeColor="text1"/>
          <w:sz w:val="21"/>
          <w:lang w:eastAsia="zh-TW"/>
        </w:rPr>
        <w:t>P</w:t>
      </w:r>
      <w:r w:rsidR="0091565D">
        <w:rPr>
          <w:rFonts w:ascii="標楷體" w:eastAsia="標楷體" w:hAnsi="標楷體" w:hint="eastAsia"/>
          <w:color w:val="000000" w:themeColor="text1"/>
          <w:sz w:val="21"/>
          <w:lang w:eastAsia="zh-TW"/>
        </w:rPr>
        <w:t>初審小組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裁量是否</w:t>
      </w:r>
      <w:r w:rsidR="00785094">
        <w:rPr>
          <w:rFonts w:ascii="標楷體" w:eastAsia="標楷體" w:hAnsi="標楷體" w:hint="eastAsia"/>
          <w:color w:val="000000" w:themeColor="text1"/>
          <w:sz w:val="21"/>
          <w:lang w:eastAsia="zh-TW"/>
        </w:rPr>
        <w:t>需</w:t>
      </w:r>
      <w:r w:rsidRPr="004D67C0">
        <w:rPr>
          <w:rFonts w:ascii="標楷體" w:eastAsia="標楷體" w:hAnsi="標楷體"/>
          <w:color w:val="000000" w:themeColor="text1"/>
          <w:sz w:val="21"/>
          <w:lang w:eastAsia="zh-TW"/>
        </w:rPr>
        <w:t>進入</w:t>
      </w:r>
      <w:r w:rsidR="00785094" w:rsidRPr="00785094">
        <w:rPr>
          <w:rFonts w:ascii="標楷體" w:eastAsia="標楷體" w:hAnsi="標楷體"/>
          <w:color w:val="000000" w:themeColor="text1"/>
          <w:sz w:val="21"/>
          <w:lang w:eastAsia="zh-TW"/>
        </w:rPr>
        <w:t>IP專責委員會</w:t>
      </w:r>
      <w:r w:rsidRPr="004D67C0">
        <w:rPr>
          <w:rFonts w:ascii="標楷體" w:eastAsia="標楷體" w:hAnsi="標楷體"/>
          <w:color w:val="000000" w:themeColor="text1"/>
          <w:sz w:val="21"/>
          <w:lang w:eastAsia="zh-TW"/>
        </w:rPr>
        <w:t>審議</w:t>
      </w:r>
      <w:r w:rsidRPr="004D67C0">
        <w:rPr>
          <w:rFonts w:ascii="標楷體" w:eastAsia="標楷體" w:hAnsi="標楷體" w:hint="eastAsia"/>
          <w:color w:val="000000" w:themeColor="text1"/>
          <w:sz w:val="21"/>
          <w:lang w:eastAsia="zh-TW"/>
        </w:rPr>
        <w:t>。</w:t>
      </w:r>
    </w:p>
    <w:p w14:paraId="1FCB7096" w14:textId="77777777" w:rsidR="007B650A" w:rsidRPr="00711A0B" w:rsidRDefault="00E5668D">
      <w:pPr>
        <w:keepNext/>
        <w:spacing w:before="240" w:after="160"/>
        <w:rPr>
          <w:rFonts w:ascii="標楷體" w:eastAsia="標楷體" w:hAnsi="標楷體"/>
        </w:rPr>
      </w:pPr>
      <w:r w:rsidRPr="00711A0B">
        <w:rPr>
          <w:rFonts w:ascii="標楷體" w:eastAsia="標楷體" w:hAnsi="標楷體"/>
          <w:b/>
          <w:color w:val="1E3A8A"/>
          <w:sz w:val="28"/>
        </w:rPr>
        <w:t xml:space="preserve">一、 </w:t>
      </w:r>
      <w:proofErr w:type="spellStart"/>
      <w:r w:rsidRPr="00711A0B">
        <w:rPr>
          <w:rFonts w:ascii="標楷體" w:eastAsia="標楷體" w:hAnsi="標楷體"/>
          <w:b/>
          <w:color w:val="1E3A8A"/>
          <w:sz w:val="28"/>
        </w:rPr>
        <w:t>計畫基本資料</w:t>
      </w:r>
      <w:proofErr w:type="spellEnd"/>
    </w:p>
    <w:tbl>
      <w:tblPr>
        <w:tblW w:w="0" w:type="auto"/>
        <w:jc w:val="center"/>
        <w:tblBorders>
          <w:top w:val="single" w:sz="6" w:space="0" w:color="CCCCCC"/>
          <w:bottom w:val="single" w:sz="6" w:space="0" w:color="CCCCCC"/>
          <w:insideH w:val="single" w:sz="4" w:space="0" w:color="E5E7EB"/>
        </w:tblBorders>
        <w:tblLook w:val="04A0" w:firstRow="1" w:lastRow="0" w:firstColumn="1" w:lastColumn="0" w:noHBand="0" w:noVBand="1"/>
      </w:tblPr>
      <w:tblGrid>
        <w:gridCol w:w="3969"/>
        <w:gridCol w:w="5535"/>
      </w:tblGrid>
      <w:tr w:rsidR="007B650A" w:rsidRPr="00711A0B" w14:paraId="15E603D9" w14:textId="77777777" w:rsidTr="00D4073C">
        <w:trPr>
          <w:jc w:val="center"/>
        </w:trPr>
        <w:tc>
          <w:tcPr>
            <w:tcW w:w="3969" w:type="dxa"/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AAAE3F6" w14:textId="77777777" w:rsidR="007B650A" w:rsidRPr="00711A0B" w:rsidRDefault="00E5668D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b/>
              </w:rPr>
              <w:t>計畫名稱</w:t>
            </w:r>
            <w:proofErr w:type="spellEnd"/>
          </w:p>
        </w:tc>
        <w:tc>
          <w:tcPr>
            <w:tcW w:w="553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68F83A6B" w14:textId="77777777" w:rsidR="007B650A" w:rsidRPr="00711A0B" w:rsidRDefault="007B650A">
            <w:pPr>
              <w:spacing w:after="0"/>
              <w:rPr>
                <w:rFonts w:ascii="標楷體" w:eastAsia="標楷體" w:hAnsi="標楷體"/>
              </w:rPr>
            </w:pPr>
          </w:p>
        </w:tc>
      </w:tr>
      <w:tr w:rsidR="007B650A" w:rsidRPr="00711A0B" w14:paraId="3F127C1D" w14:textId="77777777" w:rsidTr="00D4073C">
        <w:trPr>
          <w:jc w:val="center"/>
        </w:trPr>
        <w:tc>
          <w:tcPr>
            <w:tcW w:w="3969" w:type="dxa"/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342E61AB" w14:textId="77777777" w:rsidR="007B650A" w:rsidRPr="00711A0B" w:rsidRDefault="00E5668D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b/>
              </w:rPr>
              <w:t>計畫主持人</w:t>
            </w:r>
            <w:proofErr w:type="spellEnd"/>
            <w:r w:rsidRPr="00711A0B">
              <w:rPr>
                <w:rFonts w:ascii="標楷體" w:eastAsia="標楷體" w:hAnsi="標楷體"/>
                <w:b/>
              </w:rPr>
              <w:t xml:space="preserve"> (PI)</w:t>
            </w:r>
          </w:p>
        </w:tc>
        <w:tc>
          <w:tcPr>
            <w:tcW w:w="553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72659BAF" w14:textId="77777777" w:rsidR="007B650A" w:rsidRPr="00711A0B" w:rsidRDefault="00E5668D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</w:rPr>
              <w:t>系所</w:t>
            </w:r>
            <w:proofErr w:type="spellEnd"/>
            <w:r w:rsidRPr="00711A0B">
              <w:rPr>
                <w:rFonts w:ascii="標楷體" w:eastAsia="標楷體" w:hAnsi="標楷體"/>
              </w:rPr>
              <w:t>：__________</w:t>
            </w:r>
            <w:proofErr w:type="gramStart"/>
            <w:r w:rsidRPr="00711A0B">
              <w:rPr>
                <w:rFonts w:ascii="標楷體" w:eastAsia="標楷體" w:hAnsi="標楷體"/>
              </w:rPr>
              <w:t xml:space="preserve">_  </w:t>
            </w:r>
            <w:proofErr w:type="spellStart"/>
            <w:r w:rsidRPr="00711A0B">
              <w:rPr>
                <w:rFonts w:ascii="標楷體" w:eastAsia="標楷體" w:hAnsi="標楷體"/>
              </w:rPr>
              <w:t>職稱</w:t>
            </w:r>
            <w:proofErr w:type="spellEnd"/>
            <w:proofErr w:type="gramEnd"/>
            <w:r w:rsidRPr="00711A0B">
              <w:rPr>
                <w:rFonts w:ascii="標楷體" w:eastAsia="標楷體" w:hAnsi="標楷體"/>
              </w:rPr>
              <w:t xml:space="preserve">：___________  </w:t>
            </w:r>
            <w:proofErr w:type="spellStart"/>
            <w:r w:rsidRPr="00711A0B">
              <w:rPr>
                <w:rFonts w:ascii="標楷體" w:eastAsia="標楷體" w:hAnsi="標楷體"/>
              </w:rPr>
              <w:t>姓名</w:t>
            </w:r>
            <w:proofErr w:type="spellEnd"/>
            <w:r w:rsidRPr="00711A0B">
              <w:rPr>
                <w:rFonts w:ascii="標楷體" w:eastAsia="標楷體" w:hAnsi="標楷體"/>
              </w:rPr>
              <w:t>：___________</w:t>
            </w:r>
          </w:p>
        </w:tc>
      </w:tr>
      <w:tr w:rsidR="007B650A" w:rsidRPr="00711A0B" w14:paraId="4B964100" w14:textId="77777777" w:rsidTr="00D4073C">
        <w:trPr>
          <w:jc w:val="center"/>
        </w:trPr>
        <w:tc>
          <w:tcPr>
            <w:tcW w:w="3969" w:type="dxa"/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33041F9" w14:textId="6D47D9F9" w:rsidR="007B650A" w:rsidRPr="00711A0B" w:rsidRDefault="00D4073C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>
              <w:rPr>
                <w:rFonts w:ascii="標楷體" w:eastAsia="標楷體" w:hAnsi="標楷體"/>
                <w:b/>
              </w:rPr>
              <w:t>民間機構</w:t>
            </w:r>
            <w:r w:rsidR="00E5668D" w:rsidRPr="00711A0B">
              <w:rPr>
                <w:rFonts w:ascii="標楷體" w:eastAsia="標楷體" w:hAnsi="標楷體"/>
                <w:b/>
              </w:rPr>
              <w:t>名稱</w:t>
            </w:r>
            <w:proofErr w:type="spellEnd"/>
          </w:p>
        </w:tc>
        <w:tc>
          <w:tcPr>
            <w:tcW w:w="553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2D5FB457" w14:textId="77777777" w:rsidR="007B650A" w:rsidRPr="00711A0B" w:rsidRDefault="007B650A">
            <w:pPr>
              <w:spacing w:after="0"/>
              <w:rPr>
                <w:rFonts w:ascii="標楷體" w:eastAsia="標楷體" w:hAnsi="標楷體"/>
              </w:rPr>
            </w:pPr>
          </w:p>
        </w:tc>
      </w:tr>
      <w:tr w:rsidR="007B650A" w:rsidRPr="00711A0B" w14:paraId="5740BF63" w14:textId="77777777" w:rsidTr="00D4073C">
        <w:trPr>
          <w:jc w:val="center"/>
        </w:trPr>
        <w:tc>
          <w:tcPr>
            <w:tcW w:w="3969" w:type="dxa"/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5E487D35" w14:textId="77777777" w:rsidR="007B650A" w:rsidRPr="00711A0B" w:rsidRDefault="00E5668D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b/>
              </w:rPr>
              <w:t>計畫總經費</w:t>
            </w:r>
            <w:proofErr w:type="spellEnd"/>
          </w:p>
        </w:tc>
        <w:tc>
          <w:tcPr>
            <w:tcW w:w="553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DF83CC9" w14:textId="77777777" w:rsidR="007B650A" w:rsidRPr="00711A0B" w:rsidRDefault="00E5668D">
            <w:pPr>
              <w:spacing w:after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</w:rPr>
              <w:t>新台幣</w:t>
            </w:r>
            <w:proofErr w:type="spellEnd"/>
            <w:r w:rsidRPr="00711A0B">
              <w:rPr>
                <w:rFonts w:ascii="標楷體" w:eastAsia="標楷體" w:hAnsi="標楷體"/>
              </w:rPr>
              <w:t xml:space="preserve"> _________________________ 元</w:t>
            </w:r>
          </w:p>
        </w:tc>
      </w:tr>
      <w:tr w:rsidR="00AA51FC" w:rsidRPr="00711A0B" w14:paraId="11E04710" w14:textId="77777777" w:rsidTr="00D4073C">
        <w:trPr>
          <w:jc w:val="center"/>
        </w:trPr>
        <w:tc>
          <w:tcPr>
            <w:tcW w:w="3969" w:type="dxa"/>
            <w:shd w:val="clear" w:color="auto" w:fill="F8FAFC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07D6A00C" w14:textId="4E53ECF3" w:rsidR="00AA51FC" w:rsidRPr="00711A0B" w:rsidRDefault="00AA51FC">
            <w:pPr>
              <w:spacing w:after="0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研發成果</w:t>
            </w:r>
            <w:r w:rsidRPr="00AA51FC">
              <w:rPr>
                <w:rFonts w:ascii="標楷體" w:eastAsia="標楷體" w:hAnsi="標楷體"/>
                <w:b/>
                <w:lang w:eastAsia="zh-TW"/>
              </w:rPr>
              <w:t>（智慧財產權）</w:t>
            </w:r>
            <w:r w:rsidR="0092222B">
              <w:rPr>
                <w:rFonts w:ascii="標楷體" w:eastAsia="標楷體" w:hAnsi="標楷體" w:hint="eastAsia"/>
                <w:b/>
                <w:lang w:eastAsia="zh-TW"/>
              </w:rPr>
              <w:t>持有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比例</w:t>
            </w:r>
          </w:p>
        </w:tc>
        <w:tc>
          <w:tcPr>
            <w:tcW w:w="5535" w:type="dxa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4FC69F76" w14:textId="34337E60" w:rsidR="00AA51FC" w:rsidRPr="00711A0B" w:rsidRDefault="00AA51FC">
            <w:pPr>
              <w:spacing w:after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本校_</w:t>
            </w:r>
            <w:r>
              <w:rPr>
                <w:rFonts w:ascii="標楷體" w:eastAsia="標楷體" w:hAnsi="標楷體"/>
                <w:lang w:eastAsia="zh-TW"/>
              </w:rPr>
              <w:t>_____%</w:t>
            </w:r>
            <w:r w:rsidR="00D4073C">
              <w:rPr>
                <w:rFonts w:ascii="標楷體" w:eastAsia="標楷體" w:hAnsi="標楷體" w:hint="eastAsia"/>
                <w:lang w:eastAsia="zh-TW"/>
              </w:rPr>
              <w:t xml:space="preserve">   民間機構</w:t>
            </w:r>
            <w:r>
              <w:rPr>
                <w:rFonts w:ascii="標楷體" w:eastAsia="標楷體" w:hAnsi="標楷體" w:hint="eastAsia"/>
                <w:lang w:eastAsia="zh-TW"/>
              </w:rPr>
              <w:t>_</w:t>
            </w:r>
            <w:r>
              <w:rPr>
                <w:rFonts w:ascii="標楷體" w:eastAsia="標楷體" w:hAnsi="標楷體"/>
                <w:lang w:eastAsia="zh-TW"/>
              </w:rPr>
              <w:t>_____%</w:t>
            </w:r>
          </w:p>
        </w:tc>
      </w:tr>
    </w:tbl>
    <w:p w14:paraId="44CE1518" w14:textId="0619A7CA" w:rsidR="007B650A" w:rsidRPr="00711A0B" w:rsidRDefault="00E5668D" w:rsidP="00463A66">
      <w:pPr>
        <w:keepNext/>
        <w:spacing w:before="240" w:after="160"/>
        <w:rPr>
          <w:rFonts w:ascii="標楷體" w:eastAsia="標楷體" w:hAnsi="標楷體"/>
          <w:lang w:eastAsia="zh-TW"/>
        </w:rPr>
      </w:pPr>
      <w:r w:rsidRPr="00711A0B">
        <w:rPr>
          <w:rFonts w:ascii="標楷體" w:eastAsia="標楷體" w:hAnsi="標楷體"/>
          <w:b/>
          <w:color w:val="1E3A8A"/>
          <w:sz w:val="28"/>
          <w:lang w:eastAsia="zh-TW"/>
        </w:rPr>
        <w:t>二、 客觀指標篩選檢核</w:t>
      </w:r>
    </w:p>
    <w:tbl>
      <w:tblPr>
        <w:tblStyle w:val="41"/>
        <w:tblW w:w="0" w:type="auto"/>
        <w:tblLook w:val="04A0" w:firstRow="1" w:lastRow="0" w:firstColumn="1" w:lastColumn="0" w:noHBand="0" w:noVBand="1"/>
      </w:tblPr>
      <w:tblGrid>
        <w:gridCol w:w="718"/>
        <w:gridCol w:w="3677"/>
        <w:gridCol w:w="992"/>
        <w:gridCol w:w="3118"/>
        <w:gridCol w:w="1100"/>
      </w:tblGrid>
      <w:tr w:rsidR="007B650A" w:rsidRPr="00711A0B" w14:paraId="1A67C565" w14:textId="77777777" w:rsidTr="009222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  <w:shd w:val="clear" w:color="auto" w:fill="7F7F7F" w:themeFill="text1" w:themeFillTint="80"/>
          </w:tcPr>
          <w:p w14:paraId="310C205F" w14:textId="77777777" w:rsidR="007B650A" w:rsidRPr="00711A0B" w:rsidRDefault="00E5668D">
            <w:pPr>
              <w:jc w:val="center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color w:val="FFFFFF"/>
                <w:sz w:val="20"/>
              </w:rPr>
              <w:t>編號</w:t>
            </w:r>
            <w:proofErr w:type="spellEnd"/>
          </w:p>
        </w:tc>
        <w:tc>
          <w:tcPr>
            <w:tcW w:w="3677" w:type="dxa"/>
            <w:shd w:val="clear" w:color="auto" w:fill="7F7F7F" w:themeFill="text1" w:themeFillTint="80"/>
          </w:tcPr>
          <w:p w14:paraId="3942B082" w14:textId="77777777" w:rsidR="007B650A" w:rsidRPr="00711A0B" w:rsidRDefault="00E566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color w:val="FFFFFF"/>
                <w:sz w:val="20"/>
              </w:rPr>
              <w:t>客觀檢核指標</w:t>
            </w:r>
            <w:proofErr w:type="spellEnd"/>
          </w:p>
        </w:tc>
        <w:tc>
          <w:tcPr>
            <w:tcW w:w="992" w:type="dxa"/>
            <w:shd w:val="clear" w:color="auto" w:fill="7F7F7F" w:themeFill="text1" w:themeFillTint="80"/>
          </w:tcPr>
          <w:p w14:paraId="5D49C71F" w14:textId="77777777" w:rsidR="008D6226" w:rsidRDefault="00E566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bCs w:val="0"/>
                <w:color w:val="FFFFFF"/>
                <w:sz w:val="20"/>
              </w:rPr>
            </w:pPr>
            <w:proofErr w:type="spellStart"/>
            <w:r w:rsidRPr="00711A0B">
              <w:rPr>
                <w:rFonts w:ascii="標楷體" w:eastAsia="標楷體" w:hAnsi="標楷體"/>
                <w:color w:val="FFFFFF"/>
                <w:sz w:val="20"/>
              </w:rPr>
              <w:t>主持人</w:t>
            </w:r>
            <w:proofErr w:type="spellEnd"/>
          </w:p>
          <w:p w14:paraId="4E7A3674" w14:textId="4F146A95" w:rsidR="007B650A" w:rsidRPr="00711A0B" w:rsidRDefault="00E566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proofErr w:type="spellStart"/>
            <w:r w:rsidRPr="00711A0B">
              <w:rPr>
                <w:rFonts w:ascii="標楷體" w:eastAsia="標楷體" w:hAnsi="標楷體"/>
                <w:color w:val="FFFFFF"/>
                <w:sz w:val="20"/>
              </w:rPr>
              <w:t>勾選</w:t>
            </w:r>
            <w:proofErr w:type="spellEnd"/>
          </w:p>
        </w:tc>
        <w:tc>
          <w:tcPr>
            <w:tcW w:w="3118" w:type="dxa"/>
            <w:shd w:val="clear" w:color="auto" w:fill="7F7F7F" w:themeFill="text1" w:themeFillTint="80"/>
          </w:tcPr>
          <w:p w14:paraId="4187E811" w14:textId="77777777" w:rsidR="007B650A" w:rsidRPr="00711A0B" w:rsidRDefault="00E566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 w:rsidRPr="00711A0B">
              <w:rPr>
                <w:rFonts w:ascii="標楷體" w:eastAsia="標楷體" w:hAnsi="標楷體"/>
                <w:color w:val="FFFFFF"/>
                <w:sz w:val="20"/>
                <w:lang w:eastAsia="zh-TW"/>
              </w:rPr>
              <w:t>應檢附之佐證資料（必備）</w:t>
            </w:r>
          </w:p>
        </w:tc>
        <w:tc>
          <w:tcPr>
            <w:tcW w:w="1100" w:type="dxa"/>
            <w:shd w:val="clear" w:color="auto" w:fill="7F7F7F" w:themeFill="text1" w:themeFillTint="80"/>
          </w:tcPr>
          <w:p w14:paraId="0346CCD2" w14:textId="77777777" w:rsidR="007B650A" w:rsidRDefault="00E5668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bCs w:val="0"/>
                <w:color w:val="FFFFFF"/>
                <w:sz w:val="20"/>
                <w:lang w:eastAsia="zh-TW"/>
              </w:rPr>
            </w:pPr>
            <w:r w:rsidRPr="00711A0B">
              <w:rPr>
                <w:rFonts w:ascii="標楷體" w:eastAsia="標楷體" w:hAnsi="標楷體"/>
                <w:color w:val="FFFFFF"/>
                <w:sz w:val="20"/>
                <w:lang w:eastAsia="zh-TW"/>
              </w:rPr>
              <w:t>法務</w:t>
            </w:r>
            <w:r w:rsidR="00711A0B">
              <w:rPr>
                <w:rFonts w:ascii="標楷體" w:eastAsia="標楷體" w:hAnsi="標楷體" w:hint="eastAsia"/>
                <w:color w:val="FFFFFF"/>
                <w:sz w:val="20"/>
                <w:lang w:eastAsia="zh-TW"/>
              </w:rPr>
              <w:t>確認</w:t>
            </w:r>
          </w:p>
          <w:p w14:paraId="15DEAB8C" w14:textId="73EE6295" w:rsidR="004D67C0" w:rsidRPr="00711A0B" w:rsidRDefault="004D67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 w:rsidRPr="004D67C0">
              <w:rPr>
                <w:rFonts w:ascii="標楷體" w:eastAsia="標楷體" w:hAnsi="標楷體" w:hint="eastAsia"/>
                <w:color w:val="FFFFFF"/>
                <w:sz w:val="12"/>
                <w:szCs w:val="14"/>
                <w:lang w:eastAsia="zh-TW"/>
              </w:rPr>
              <w:t>(計畫主持人</w:t>
            </w:r>
            <w:proofErr w:type="gramStart"/>
            <w:r w:rsidRPr="004D67C0">
              <w:rPr>
                <w:rFonts w:ascii="標楷體" w:eastAsia="標楷體" w:hAnsi="標楷體" w:hint="eastAsia"/>
                <w:color w:val="FFFFFF"/>
                <w:sz w:val="12"/>
                <w:szCs w:val="14"/>
                <w:lang w:eastAsia="zh-TW"/>
              </w:rPr>
              <w:t>不須勾選</w:t>
            </w:r>
            <w:proofErr w:type="gramEnd"/>
            <w:r w:rsidRPr="004D67C0">
              <w:rPr>
                <w:rFonts w:ascii="標楷體" w:eastAsia="標楷體" w:hAnsi="標楷體" w:hint="eastAsia"/>
                <w:color w:val="FFFFFF"/>
                <w:sz w:val="12"/>
                <w:szCs w:val="14"/>
                <w:lang w:eastAsia="zh-TW"/>
              </w:rPr>
              <w:t>)</w:t>
            </w:r>
          </w:p>
        </w:tc>
      </w:tr>
      <w:tr w:rsidR="00DE7D1C" w:rsidRPr="00711A0B" w14:paraId="326F390E" w14:textId="77777777" w:rsidTr="00922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</w:tcPr>
          <w:p w14:paraId="1A0C7BA0" w14:textId="77777777" w:rsidR="00DE7D1C" w:rsidRPr="00711A0B" w:rsidRDefault="00DE7D1C" w:rsidP="00DE7D1C">
            <w:pPr>
              <w:jc w:val="center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1</w:t>
            </w:r>
          </w:p>
        </w:tc>
        <w:tc>
          <w:tcPr>
            <w:tcW w:w="3677" w:type="dxa"/>
          </w:tcPr>
          <w:p w14:paraId="6BEF6AFC" w14:textId="7D416800" w:rsidR="00DE7D1C" w:rsidRPr="00711A0B" w:rsidRDefault="00DE7D1C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【</w:t>
            </w:r>
            <w:r w:rsidRPr="00DE7D1C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關鍵設備投入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】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br/>
            </w:r>
            <w:r w:rsidR="00D4073C"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民間機構</w:t>
            </w:r>
            <w:r w:rsidRPr="00DE7D1C"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於計畫執行前或執行</w:t>
            </w:r>
            <w:proofErr w:type="gramStart"/>
            <w:r w:rsidRPr="00DE7D1C"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期間，</w:t>
            </w:r>
            <w:proofErr w:type="gramEnd"/>
            <w:r w:rsidRPr="00DE7D1C"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提供關鍵設備、場域、資料庫或關鍵技術平台。</w:t>
            </w:r>
          </w:p>
        </w:tc>
        <w:tc>
          <w:tcPr>
            <w:tcW w:w="992" w:type="dxa"/>
          </w:tcPr>
          <w:p w14:paraId="5AE838C9" w14:textId="77777777" w:rsidR="00DE7D1C" w:rsidRPr="00711A0B" w:rsidRDefault="00DE7D1C" w:rsidP="00DE7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□ 是</w:t>
            </w:r>
            <w:r w:rsidRPr="00711A0B">
              <w:rPr>
                <w:rFonts w:ascii="標楷體" w:eastAsia="標楷體" w:hAnsi="標楷體"/>
                <w:sz w:val="19"/>
              </w:rPr>
              <w:br/>
            </w:r>
            <w:r w:rsidRPr="00711A0B">
              <w:rPr>
                <w:rFonts w:ascii="標楷體" w:eastAsia="標楷體" w:hAnsi="標楷體"/>
                <w:sz w:val="19"/>
              </w:rPr>
              <w:br/>
              <w:t>□ 否</w:t>
            </w:r>
          </w:p>
        </w:tc>
        <w:tc>
          <w:tcPr>
            <w:tcW w:w="3118" w:type="dxa"/>
          </w:tcPr>
          <w:p w14:paraId="19D75EF3" w14:textId="1569563B" w:rsidR="00B173AB" w:rsidRPr="00B173AB" w:rsidRDefault="00D4073C" w:rsidP="004D16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19"/>
                <w:lang w:eastAsia="zh-TW"/>
              </w:rPr>
            </w:pPr>
            <w:r>
              <w:rPr>
                <w:rFonts w:ascii="標楷體" w:eastAsia="標楷體" w:hAnsi="標楷體" w:hint="eastAsia"/>
                <w:sz w:val="19"/>
                <w:lang w:eastAsia="zh-TW"/>
              </w:rPr>
              <w:t>民間機構</w:t>
            </w:r>
            <w:r w:rsidR="00DE7D1C" w:rsidRPr="00711A0B">
              <w:rPr>
                <w:rFonts w:ascii="標楷體" w:eastAsia="標楷體" w:hAnsi="標楷體"/>
                <w:sz w:val="19"/>
                <w:lang w:eastAsia="zh-TW"/>
              </w:rPr>
              <w:t>出具之設備產權證明/採購憑證/正式估價單</w:t>
            </w:r>
            <w:r w:rsidR="00471911">
              <w:rPr>
                <w:rFonts w:ascii="標楷體" w:eastAsia="標楷體" w:hAnsi="標楷體" w:hint="eastAsia"/>
                <w:sz w:val="19"/>
                <w:lang w:eastAsia="zh-TW"/>
              </w:rPr>
              <w:t>/</w:t>
            </w:r>
            <w:r w:rsidR="00DE7D1C" w:rsidRPr="00711A0B">
              <w:rPr>
                <w:rFonts w:ascii="標楷體" w:eastAsia="標楷體" w:hAnsi="標楷體"/>
                <w:sz w:val="19"/>
                <w:lang w:eastAsia="zh-TW"/>
              </w:rPr>
              <w:t>設備/場域預計進駐本校之規劃說明書</w:t>
            </w:r>
            <w:r w:rsidR="00C31675">
              <w:rPr>
                <w:rFonts w:ascii="標楷體" w:eastAsia="標楷體" w:hAnsi="標楷體" w:hint="eastAsia"/>
                <w:sz w:val="19"/>
                <w:lang w:eastAsia="zh-TW"/>
              </w:rPr>
              <w:t>或</w:t>
            </w:r>
            <w:r w:rsidR="00B173AB">
              <w:rPr>
                <w:rFonts w:ascii="標楷體" w:eastAsia="標楷體" w:hAnsi="標楷體" w:hint="eastAsia"/>
                <w:sz w:val="19"/>
                <w:lang w:eastAsia="zh-TW"/>
              </w:rPr>
              <w:t>其他可資證明設備投入之說明文件</w:t>
            </w:r>
          </w:p>
        </w:tc>
        <w:tc>
          <w:tcPr>
            <w:tcW w:w="1100" w:type="dxa"/>
          </w:tcPr>
          <w:p w14:paraId="76624147" w14:textId="77777777" w:rsidR="00DE7D1C" w:rsidRPr="00711A0B" w:rsidRDefault="00DE7D1C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已檢附</w:t>
            </w:r>
            <w:proofErr w:type="spellEnd"/>
            <w:r w:rsidRPr="00711A0B">
              <w:rPr>
                <w:rFonts w:ascii="標楷體" w:eastAsia="標楷體" w:hAnsi="標楷體"/>
                <w:sz w:val="19"/>
              </w:rPr>
              <w:br/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未符合</w:t>
            </w:r>
            <w:proofErr w:type="spellEnd"/>
          </w:p>
        </w:tc>
      </w:tr>
      <w:tr w:rsidR="00DE7D1C" w:rsidRPr="00711A0B" w14:paraId="47C943AF" w14:textId="77777777" w:rsidTr="00922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</w:tcPr>
          <w:p w14:paraId="6FEC9617" w14:textId="77777777" w:rsidR="00DE7D1C" w:rsidRPr="00711A0B" w:rsidRDefault="00DE7D1C" w:rsidP="00DE7D1C">
            <w:pPr>
              <w:jc w:val="center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2</w:t>
            </w:r>
          </w:p>
        </w:tc>
        <w:tc>
          <w:tcPr>
            <w:tcW w:w="3677" w:type="dxa"/>
          </w:tcPr>
          <w:p w14:paraId="6246DF8C" w14:textId="4413C93D" w:rsidR="00DE7D1C" w:rsidRPr="00711A0B" w:rsidRDefault="00DE7D1C" w:rsidP="00DE7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【</w:t>
            </w:r>
            <w:r w:rsidRPr="00DE7D1C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與</w:t>
            </w:r>
            <w:r w:rsidR="00D4073C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民間機構</w:t>
            </w:r>
            <w:r w:rsidRPr="00DE7D1C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既有技術體系高度整合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】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br/>
            </w:r>
            <w:r w:rsidRPr="00DE7D1C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成果與</w:t>
            </w:r>
            <w:r w:rsidR="00D4073C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民間機構</w:t>
            </w:r>
            <w:r w:rsidRPr="00DE7D1C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既有技術平台、產品架構或專利組合具有高度整合性</w:t>
            </w:r>
            <w:r w:rsidRPr="00711A0B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。</w:t>
            </w:r>
          </w:p>
        </w:tc>
        <w:tc>
          <w:tcPr>
            <w:tcW w:w="992" w:type="dxa"/>
          </w:tcPr>
          <w:p w14:paraId="53FAECFA" w14:textId="77777777" w:rsidR="00DE7D1C" w:rsidRPr="00711A0B" w:rsidRDefault="00DE7D1C" w:rsidP="00DE7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□ 是</w:t>
            </w:r>
            <w:r w:rsidRPr="00711A0B">
              <w:rPr>
                <w:rFonts w:ascii="標楷體" w:eastAsia="標楷體" w:hAnsi="標楷體"/>
                <w:sz w:val="19"/>
              </w:rPr>
              <w:br/>
            </w:r>
            <w:r w:rsidRPr="00711A0B">
              <w:rPr>
                <w:rFonts w:ascii="標楷體" w:eastAsia="標楷體" w:hAnsi="標楷體"/>
                <w:sz w:val="19"/>
              </w:rPr>
              <w:br/>
              <w:t>□ 否</w:t>
            </w:r>
          </w:p>
        </w:tc>
        <w:tc>
          <w:tcPr>
            <w:tcW w:w="3118" w:type="dxa"/>
          </w:tcPr>
          <w:p w14:paraId="5C621AF8" w14:textId="3BB48849" w:rsidR="00DE7D1C" w:rsidRPr="00711A0B" w:rsidRDefault="00D4073C" w:rsidP="004D16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sz w:val="19"/>
                <w:lang w:eastAsia="zh-TW"/>
              </w:rPr>
              <w:t>民間機構</w:t>
            </w:r>
            <w:r w:rsidR="00DE7D1C" w:rsidRPr="00711A0B">
              <w:rPr>
                <w:rFonts w:ascii="標楷體" w:eastAsia="標楷體" w:hAnsi="標楷體"/>
                <w:sz w:val="19"/>
                <w:lang w:eastAsia="zh-TW"/>
              </w:rPr>
              <w:t>提供原始智慧財產之清冊或說明文件</w:t>
            </w:r>
          </w:p>
        </w:tc>
        <w:tc>
          <w:tcPr>
            <w:tcW w:w="1100" w:type="dxa"/>
          </w:tcPr>
          <w:p w14:paraId="3AB1885E" w14:textId="77777777" w:rsidR="00DE7D1C" w:rsidRPr="00711A0B" w:rsidRDefault="00DE7D1C" w:rsidP="00DE7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已檢附</w:t>
            </w:r>
            <w:proofErr w:type="spellEnd"/>
            <w:r w:rsidRPr="00711A0B">
              <w:rPr>
                <w:rFonts w:ascii="標楷體" w:eastAsia="標楷體" w:hAnsi="標楷體"/>
                <w:sz w:val="19"/>
              </w:rPr>
              <w:br/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未符合</w:t>
            </w:r>
            <w:proofErr w:type="spellEnd"/>
          </w:p>
        </w:tc>
      </w:tr>
      <w:tr w:rsidR="00DE7D1C" w:rsidRPr="00711A0B" w14:paraId="53CCB937" w14:textId="77777777" w:rsidTr="00922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</w:tcPr>
          <w:p w14:paraId="0F3659A2" w14:textId="77777777" w:rsidR="00DE7D1C" w:rsidRPr="00711A0B" w:rsidRDefault="00DE7D1C" w:rsidP="00DE7D1C">
            <w:pPr>
              <w:jc w:val="center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3</w:t>
            </w:r>
          </w:p>
        </w:tc>
        <w:tc>
          <w:tcPr>
            <w:tcW w:w="3677" w:type="dxa"/>
          </w:tcPr>
          <w:p w14:paraId="6FF7F240" w14:textId="2A8EBBE8" w:rsidR="00DE7D1C" w:rsidRPr="004D67C0" w:rsidRDefault="00614356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color w:val="475569"/>
                <w:sz w:val="19"/>
                <w:lang w:eastAsia="zh-TW"/>
              </w:rPr>
            </w:pP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【</w:t>
            </w:r>
            <w:r w:rsidRPr="00DE7D1C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共有模式衍生之商業化障礙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】</w:t>
            </w:r>
            <w:r w:rsidR="00DE7D1C"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br/>
            </w:r>
            <w:r w:rsidR="00DE7D1C" w:rsidRPr="00DE7D1C"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共有模式可能對後續技術活化或商業化造成實質障礙。</w:t>
            </w:r>
          </w:p>
        </w:tc>
        <w:tc>
          <w:tcPr>
            <w:tcW w:w="992" w:type="dxa"/>
          </w:tcPr>
          <w:p w14:paraId="16156296" w14:textId="77777777" w:rsidR="00DE7D1C" w:rsidRPr="00711A0B" w:rsidRDefault="00DE7D1C" w:rsidP="00DE7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□ 是</w:t>
            </w:r>
            <w:r w:rsidRPr="00711A0B">
              <w:rPr>
                <w:rFonts w:ascii="標楷體" w:eastAsia="標楷體" w:hAnsi="標楷體"/>
                <w:sz w:val="19"/>
              </w:rPr>
              <w:br/>
            </w:r>
            <w:r w:rsidRPr="00711A0B">
              <w:rPr>
                <w:rFonts w:ascii="標楷體" w:eastAsia="標楷體" w:hAnsi="標楷體"/>
                <w:sz w:val="19"/>
              </w:rPr>
              <w:br/>
              <w:t>□ 否</w:t>
            </w:r>
          </w:p>
        </w:tc>
        <w:tc>
          <w:tcPr>
            <w:tcW w:w="3118" w:type="dxa"/>
          </w:tcPr>
          <w:p w14:paraId="4D73C62B" w14:textId="19F63B36" w:rsidR="00DE7D1C" w:rsidRPr="00711A0B" w:rsidRDefault="00D4073C" w:rsidP="004D16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sz w:val="19"/>
                <w:lang w:eastAsia="zh-TW"/>
              </w:rPr>
              <w:t>民間機構</w:t>
            </w:r>
            <w:r w:rsidR="00DE7D1C" w:rsidRPr="00711A0B">
              <w:rPr>
                <w:rFonts w:ascii="標楷體" w:eastAsia="標楷體" w:hAnsi="標楷體"/>
                <w:sz w:val="19"/>
                <w:lang w:eastAsia="zh-TW"/>
              </w:rPr>
              <w:t>提供原始智慧財產之清冊或說明文件</w:t>
            </w:r>
          </w:p>
        </w:tc>
        <w:tc>
          <w:tcPr>
            <w:tcW w:w="1100" w:type="dxa"/>
          </w:tcPr>
          <w:p w14:paraId="6D8649DE" w14:textId="77777777" w:rsidR="00DE7D1C" w:rsidRPr="00711A0B" w:rsidRDefault="00DE7D1C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已檢附</w:t>
            </w:r>
            <w:proofErr w:type="spellEnd"/>
            <w:r w:rsidRPr="00711A0B">
              <w:rPr>
                <w:rFonts w:ascii="標楷體" w:eastAsia="標楷體" w:hAnsi="標楷體"/>
                <w:sz w:val="19"/>
              </w:rPr>
              <w:br/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未符合</w:t>
            </w:r>
            <w:proofErr w:type="spellEnd"/>
          </w:p>
        </w:tc>
      </w:tr>
      <w:tr w:rsidR="00DE7D1C" w:rsidRPr="00711A0B" w14:paraId="617D7F26" w14:textId="77777777" w:rsidTr="0092222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</w:tcPr>
          <w:p w14:paraId="6FEA5EA6" w14:textId="77777777" w:rsidR="00DE7D1C" w:rsidRPr="00711A0B" w:rsidRDefault="00DE7D1C" w:rsidP="00DE7D1C">
            <w:pPr>
              <w:jc w:val="center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4</w:t>
            </w:r>
          </w:p>
        </w:tc>
        <w:tc>
          <w:tcPr>
            <w:tcW w:w="3677" w:type="dxa"/>
          </w:tcPr>
          <w:p w14:paraId="493EE755" w14:textId="77777777" w:rsidR="00614356" w:rsidRDefault="00614356" w:rsidP="006143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</w:pP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【</w:t>
            </w:r>
            <w:r w:rsidRPr="00614356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成果屬低度技術創新或非核心研發產出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】</w:t>
            </w:r>
          </w:p>
          <w:p w14:paraId="0D3E072F" w14:textId="63617398" w:rsidR="00614356" w:rsidRPr="00614356" w:rsidRDefault="00CC3DAC" w:rsidP="00DE7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本案成果</w:t>
            </w:r>
            <w:r w:rsidR="00614356" w:rsidRPr="00614356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未涉及高度技術創新成果，且較不具獨立技術移轉、專利申請或授權運用之可能性。</w:t>
            </w:r>
          </w:p>
        </w:tc>
        <w:tc>
          <w:tcPr>
            <w:tcW w:w="992" w:type="dxa"/>
          </w:tcPr>
          <w:p w14:paraId="1FA659BD" w14:textId="77777777" w:rsidR="00DE7D1C" w:rsidRPr="00711A0B" w:rsidRDefault="00DE7D1C" w:rsidP="00DE7D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□ 是</w:t>
            </w:r>
            <w:r w:rsidRPr="00711A0B">
              <w:rPr>
                <w:rFonts w:ascii="標楷體" w:eastAsia="標楷體" w:hAnsi="標楷體"/>
                <w:sz w:val="19"/>
              </w:rPr>
              <w:br/>
            </w:r>
            <w:r w:rsidRPr="00711A0B">
              <w:rPr>
                <w:rFonts w:ascii="標楷體" w:eastAsia="標楷體" w:hAnsi="標楷體"/>
                <w:sz w:val="19"/>
              </w:rPr>
              <w:br/>
              <w:t>□ 否</w:t>
            </w:r>
          </w:p>
        </w:tc>
        <w:tc>
          <w:tcPr>
            <w:tcW w:w="3118" w:type="dxa"/>
          </w:tcPr>
          <w:p w14:paraId="20D2D9F0" w14:textId="784BA813" w:rsidR="00614356" w:rsidRPr="00614356" w:rsidRDefault="00614356" w:rsidP="004D16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19"/>
                <w:lang w:eastAsia="zh-TW"/>
              </w:rPr>
            </w:pPr>
            <w:r w:rsidRPr="00614356">
              <w:rPr>
                <w:rFonts w:ascii="標楷體" w:eastAsia="標楷體" w:hAnsi="標楷體"/>
                <w:sz w:val="19"/>
                <w:lang w:eastAsia="zh-TW"/>
              </w:rPr>
              <w:t>計畫書、工作項目或預期成果說明。</w:t>
            </w:r>
          </w:p>
          <w:p w14:paraId="4BCD5BF6" w14:textId="1FDFB56D" w:rsidR="00DE7D1C" w:rsidRPr="00711A0B" w:rsidRDefault="00DE7D1C" w:rsidP="004D161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100" w:type="dxa"/>
          </w:tcPr>
          <w:p w14:paraId="204DBDF7" w14:textId="77777777" w:rsidR="00DE7D1C" w:rsidRPr="00711A0B" w:rsidRDefault="00DE7D1C" w:rsidP="00DE7D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已檢附</w:t>
            </w:r>
            <w:proofErr w:type="spellEnd"/>
            <w:r w:rsidRPr="00711A0B">
              <w:rPr>
                <w:rFonts w:ascii="標楷體" w:eastAsia="標楷體" w:hAnsi="標楷體"/>
                <w:sz w:val="19"/>
              </w:rPr>
              <w:br/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未符合</w:t>
            </w:r>
            <w:proofErr w:type="spellEnd"/>
          </w:p>
        </w:tc>
      </w:tr>
      <w:tr w:rsidR="00DE7D1C" w:rsidRPr="00711A0B" w14:paraId="573F7D49" w14:textId="77777777" w:rsidTr="00922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8" w:type="dxa"/>
          </w:tcPr>
          <w:p w14:paraId="2683CD84" w14:textId="77777777" w:rsidR="00DE7D1C" w:rsidRPr="00711A0B" w:rsidRDefault="00DE7D1C" w:rsidP="00DE7D1C">
            <w:pPr>
              <w:jc w:val="center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5</w:t>
            </w:r>
          </w:p>
        </w:tc>
        <w:tc>
          <w:tcPr>
            <w:tcW w:w="3677" w:type="dxa"/>
          </w:tcPr>
          <w:p w14:paraId="0D3D9640" w14:textId="67855BE9" w:rsidR="00614356" w:rsidRDefault="00614356" w:rsidP="0061435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</w:pP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【</w:t>
            </w:r>
            <w:r w:rsidRPr="00614356">
              <w:rPr>
                <w:rFonts w:ascii="標楷體" w:eastAsia="標楷體" w:hAnsi="標楷體" w:hint="eastAsia"/>
                <w:b/>
                <w:color w:val="0F172A"/>
                <w:sz w:val="19"/>
                <w:lang w:eastAsia="zh-TW"/>
              </w:rPr>
              <w:t>本校資源投入程度有限</w:t>
            </w:r>
            <w:r w:rsidRPr="00711A0B">
              <w:rPr>
                <w:rFonts w:ascii="標楷體" w:eastAsia="標楷體" w:hAnsi="標楷體"/>
                <w:b/>
                <w:color w:val="0F172A"/>
                <w:sz w:val="19"/>
                <w:lang w:eastAsia="zh-TW"/>
              </w:rPr>
              <w:t>】</w:t>
            </w:r>
          </w:p>
          <w:p w14:paraId="29700C55" w14:textId="14C272F1" w:rsidR="00DE7D1C" w:rsidRPr="00614356" w:rsidRDefault="00CC3DAC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color w:val="475569"/>
                <w:sz w:val="19"/>
                <w:lang w:eastAsia="zh-TW"/>
              </w:rPr>
              <w:t>本案</w:t>
            </w:r>
            <w:r w:rsidR="00614356" w:rsidRPr="00614356">
              <w:rPr>
                <w:rFonts w:ascii="標楷體" w:eastAsia="標楷體" w:hAnsi="標楷體"/>
                <w:color w:val="475569"/>
                <w:sz w:val="19"/>
                <w:lang w:eastAsia="zh-TW"/>
              </w:rPr>
              <w:t>未涉及或僅有限使用本校既有智慧財產及重要研究資源。</w:t>
            </w:r>
          </w:p>
        </w:tc>
        <w:tc>
          <w:tcPr>
            <w:tcW w:w="992" w:type="dxa"/>
          </w:tcPr>
          <w:p w14:paraId="4A95E861" w14:textId="77777777" w:rsidR="00DE7D1C" w:rsidRPr="00711A0B" w:rsidRDefault="00DE7D1C" w:rsidP="00DE7D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>□ 是</w:t>
            </w:r>
            <w:r w:rsidRPr="00711A0B">
              <w:rPr>
                <w:rFonts w:ascii="標楷體" w:eastAsia="標楷體" w:hAnsi="標楷體"/>
                <w:sz w:val="19"/>
              </w:rPr>
              <w:br/>
            </w:r>
            <w:r w:rsidRPr="00711A0B">
              <w:rPr>
                <w:rFonts w:ascii="標楷體" w:eastAsia="標楷體" w:hAnsi="標楷體"/>
                <w:sz w:val="19"/>
              </w:rPr>
              <w:br/>
              <w:t>□ 否</w:t>
            </w:r>
          </w:p>
        </w:tc>
        <w:tc>
          <w:tcPr>
            <w:tcW w:w="3118" w:type="dxa"/>
          </w:tcPr>
          <w:p w14:paraId="20D3843D" w14:textId="3AB184B9" w:rsidR="00CC3DAC" w:rsidRDefault="00CC3DAC" w:rsidP="004D16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sz w:val="19"/>
                <w:lang w:eastAsia="zh-TW"/>
              </w:rPr>
            </w:pPr>
            <w:r>
              <w:rPr>
                <w:rFonts w:ascii="標楷體" w:eastAsia="標楷體" w:hAnsi="標楷體" w:hint="eastAsia"/>
                <w:sz w:val="19"/>
                <w:lang w:eastAsia="zh-TW"/>
              </w:rPr>
              <w:t>1</w:t>
            </w:r>
            <w:r w:rsidR="00614356">
              <w:rPr>
                <w:rFonts w:ascii="標楷體" w:eastAsia="標楷體" w:hAnsi="標楷體" w:hint="eastAsia"/>
                <w:sz w:val="19"/>
                <w:lang w:eastAsia="zh-TW"/>
              </w:rPr>
              <w:t>.</w:t>
            </w:r>
            <w:r w:rsidR="00D4073C">
              <w:rPr>
                <w:rFonts w:ascii="標楷體" w:eastAsia="標楷體" w:hAnsi="標楷體"/>
                <w:sz w:val="19"/>
                <w:lang w:eastAsia="zh-TW"/>
              </w:rPr>
              <w:t>民間機構</w:t>
            </w:r>
            <w:r w:rsidRPr="00CC3DAC">
              <w:rPr>
                <w:rFonts w:ascii="標楷體" w:eastAsia="標楷體" w:hAnsi="標楷體"/>
                <w:sz w:val="19"/>
                <w:lang w:eastAsia="zh-TW"/>
              </w:rPr>
              <w:t>提供之資料、設備、場域、規格或技術條件說明</w:t>
            </w:r>
            <w:r w:rsidR="004D161F">
              <w:rPr>
                <w:rFonts w:ascii="標楷體" w:eastAsia="標楷體" w:hAnsi="標楷體" w:hint="eastAsia"/>
                <w:sz w:val="19"/>
                <w:lang w:eastAsia="zh-TW"/>
              </w:rPr>
              <w:t>或其他說明文件</w:t>
            </w:r>
            <w:r w:rsidRPr="00CC3DAC">
              <w:rPr>
                <w:rFonts w:ascii="標楷體" w:eastAsia="標楷體" w:hAnsi="標楷體"/>
                <w:sz w:val="19"/>
                <w:lang w:eastAsia="zh-TW"/>
              </w:rPr>
              <w:t>。</w:t>
            </w:r>
          </w:p>
          <w:p w14:paraId="7400A05C" w14:textId="1A9EDCBA" w:rsidR="00614356" w:rsidRPr="00711A0B" w:rsidRDefault="00CC3DAC" w:rsidP="004D161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sz w:val="19"/>
                <w:lang w:eastAsia="zh-TW"/>
              </w:rPr>
              <w:t>2</w:t>
            </w:r>
            <w:r w:rsidRPr="00CC3DAC">
              <w:rPr>
                <w:rFonts w:ascii="標楷體" w:eastAsia="標楷體" w:hAnsi="標楷體"/>
                <w:sz w:val="19"/>
                <w:lang w:eastAsia="zh-TW"/>
              </w:rPr>
              <w:t>. 本校投入資源說明，敘明是否使用本校既有專利、技術、軟體、資料庫、實驗設備或研究平台。</w:t>
            </w:r>
          </w:p>
        </w:tc>
        <w:tc>
          <w:tcPr>
            <w:tcW w:w="1100" w:type="dxa"/>
          </w:tcPr>
          <w:p w14:paraId="5714E26E" w14:textId="77777777" w:rsidR="00DE7D1C" w:rsidRPr="00711A0B" w:rsidRDefault="00DE7D1C" w:rsidP="00DE7D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711A0B">
              <w:rPr>
                <w:rFonts w:ascii="標楷體" w:eastAsia="標楷體" w:hAnsi="標楷體"/>
                <w:sz w:val="19"/>
              </w:rPr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已檢附</w:t>
            </w:r>
            <w:proofErr w:type="spellEnd"/>
            <w:r w:rsidRPr="00711A0B">
              <w:rPr>
                <w:rFonts w:ascii="標楷體" w:eastAsia="標楷體" w:hAnsi="標楷體"/>
                <w:sz w:val="19"/>
              </w:rPr>
              <w:br/>
              <w:t xml:space="preserve">□ </w:t>
            </w:r>
            <w:proofErr w:type="spellStart"/>
            <w:r w:rsidRPr="00711A0B">
              <w:rPr>
                <w:rFonts w:ascii="標楷體" w:eastAsia="標楷體" w:hAnsi="標楷體"/>
                <w:sz w:val="19"/>
              </w:rPr>
              <w:t>未符合</w:t>
            </w:r>
            <w:proofErr w:type="spellEnd"/>
          </w:p>
        </w:tc>
      </w:tr>
    </w:tbl>
    <w:p w14:paraId="20A32227" w14:textId="77777777" w:rsidR="007B650A" w:rsidRPr="00711A0B" w:rsidRDefault="00E5668D">
      <w:pPr>
        <w:keepNext/>
        <w:spacing w:before="240" w:after="160"/>
        <w:rPr>
          <w:rFonts w:ascii="標楷體" w:eastAsia="標楷體" w:hAnsi="標楷體"/>
          <w:lang w:eastAsia="zh-TW"/>
        </w:rPr>
      </w:pPr>
      <w:r w:rsidRPr="00711A0B">
        <w:rPr>
          <w:rFonts w:ascii="標楷體" w:eastAsia="標楷體" w:hAnsi="標楷體"/>
          <w:b/>
          <w:color w:val="1E3A8A"/>
          <w:sz w:val="28"/>
          <w:lang w:eastAsia="zh-TW"/>
        </w:rPr>
        <w:lastRenderedPageBreak/>
        <w:t>三、 計畫主持人切結與簽認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504"/>
      </w:tblGrid>
      <w:tr w:rsidR="007B650A" w:rsidRPr="00711A0B" w14:paraId="22517E7C" w14:textId="77777777">
        <w:trPr>
          <w:jc w:val="center"/>
        </w:trPr>
        <w:tc>
          <w:tcPr>
            <w:tcW w:w="9504" w:type="dxa"/>
            <w:tcBorders>
              <w:left w:val="single" w:sz="36" w:space="0" w:color="EF4444"/>
            </w:tcBorders>
            <w:shd w:val="clear" w:color="auto" w:fill="FEF2F2"/>
            <w:tcMar>
              <w:top w:w="160" w:type="dxa"/>
              <w:left w:w="200" w:type="dxa"/>
              <w:bottom w:w="160" w:type="dxa"/>
              <w:right w:w="200" w:type="dxa"/>
            </w:tcMar>
          </w:tcPr>
          <w:p w14:paraId="2337E806" w14:textId="77777777" w:rsidR="000A1E53" w:rsidRDefault="00E5668D">
            <w:pPr>
              <w:spacing w:after="0" w:line="300" w:lineRule="auto"/>
              <w:rPr>
                <w:rFonts w:ascii="標楷體" w:eastAsia="標楷體" w:hAnsi="標楷體"/>
                <w:color w:val="7F1D1D"/>
                <w:sz w:val="20"/>
                <w:lang w:eastAsia="zh-TW"/>
              </w:rPr>
            </w:pPr>
            <w:r w:rsidRPr="00711A0B">
              <w:rPr>
                <w:rFonts w:ascii="Segoe UI Emoji" w:eastAsia="標楷體" w:hAnsi="Segoe UI Emoji" w:cs="Segoe UI Emoji"/>
                <w:b/>
                <w:color w:val="991B1B"/>
                <w:sz w:val="21"/>
                <w:lang w:eastAsia="zh-TW"/>
              </w:rPr>
              <w:t>⚖</w:t>
            </w:r>
            <w:r w:rsidRPr="00711A0B">
              <w:rPr>
                <w:rFonts w:ascii="標楷體" w:eastAsia="標楷體" w:hAnsi="標楷體"/>
                <w:b/>
                <w:color w:val="991B1B"/>
                <w:sz w:val="21"/>
                <w:lang w:eastAsia="zh-TW"/>
              </w:rPr>
              <w:t>️</w:t>
            </w:r>
            <w:r w:rsidR="000A1E53">
              <w:rPr>
                <w:rFonts w:ascii="標楷體" w:eastAsia="標楷體" w:hAnsi="標楷體" w:hint="eastAsia"/>
                <w:b/>
                <w:color w:val="991B1B"/>
                <w:sz w:val="21"/>
                <w:lang w:eastAsia="zh-TW"/>
              </w:rPr>
              <w:t xml:space="preserve"> </w:t>
            </w:r>
            <w:r w:rsidR="000A1E53" w:rsidRPr="000A1E53">
              <w:rPr>
                <w:rFonts w:ascii="標楷體" w:eastAsia="標楷體" w:hAnsi="標楷體" w:hint="eastAsia"/>
                <w:b/>
                <w:color w:val="991B1B"/>
                <w:sz w:val="21"/>
                <w:lang w:eastAsia="zh-TW"/>
              </w:rPr>
              <w:t>資料確認與配合事項聲明</w:t>
            </w:r>
            <w:r w:rsidRPr="00711A0B">
              <w:rPr>
                <w:rFonts w:ascii="標楷體" w:eastAsia="標楷體" w:hAnsi="標楷體"/>
                <w:b/>
                <w:color w:val="991B1B"/>
                <w:sz w:val="21"/>
                <w:lang w:eastAsia="zh-TW"/>
              </w:rPr>
              <w:t>：</w:t>
            </w:r>
            <w:r w:rsidRPr="00711A0B">
              <w:rPr>
                <w:rFonts w:ascii="標楷體" w:eastAsia="標楷體" w:hAnsi="標楷體"/>
                <w:b/>
                <w:color w:val="991B1B"/>
                <w:sz w:val="21"/>
                <w:lang w:eastAsia="zh-TW"/>
              </w:rPr>
              <w:br/>
            </w:r>
            <w:r w:rsidR="000A1E53" w:rsidRPr="000A1E53">
              <w:rPr>
                <w:rFonts w:ascii="標楷體" w:eastAsia="標楷體" w:hAnsi="標楷體"/>
                <w:color w:val="7F1D1D"/>
                <w:sz w:val="20"/>
                <w:lang w:eastAsia="zh-TW"/>
              </w:rPr>
              <w:t>本計畫主持人確認，前述勾選內容及檢附之佐證資料，係依目前所知情形據實提供，並已盡合理注意確認其內容。</w:t>
            </w:r>
          </w:p>
          <w:p w14:paraId="2D61F71A" w14:textId="6AB45543" w:rsidR="007B650A" w:rsidRPr="00711A0B" w:rsidRDefault="00E5668D">
            <w:pPr>
              <w:spacing w:after="0" w:line="300" w:lineRule="auto"/>
              <w:rPr>
                <w:rFonts w:ascii="標楷體" w:eastAsia="標楷體" w:hAnsi="標楷體"/>
                <w:lang w:eastAsia="zh-TW"/>
              </w:rPr>
            </w:pPr>
            <w:r w:rsidRPr="00711A0B">
              <w:rPr>
                <w:rFonts w:ascii="標楷體" w:eastAsia="標楷體" w:hAnsi="標楷體"/>
                <w:color w:val="7F1D1D"/>
                <w:sz w:val="20"/>
                <w:lang w:eastAsia="zh-TW"/>
              </w:rPr>
              <w:br/>
            </w:r>
            <w:r w:rsidR="000A1E53" w:rsidRPr="000A1E53">
              <w:rPr>
                <w:rFonts w:ascii="標楷體" w:eastAsia="標楷體" w:hAnsi="標楷體"/>
                <w:color w:val="7F1D1D"/>
                <w:sz w:val="20"/>
                <w:lang w:eastAsia="zh-TW"/>
              </w:rPr>
              <w:t>本計畫主持人瞭解，研發成果歸屬涉及本校權益及相關資源運用，應避免資料不實、利益衝突未揭露或其他可能影響本校權益之情形。後續如經審查或其他程序發現有應更正、補充或依規定處理之事項，將配合本校辦理相關後續程序，並依相關法令及本校規定處理</w:t>
            </w:r>
            <w:r w:rsidRPr="00711A0B">
              <w:rPr>
                <w:rFonts w:ascii="標楷體" w:eastAsia="標楷體" w:hAnsi="標楷體"/>
                <w:color w:val="7F1D1D"/>
                <w:sz w:val="20"/>
                <w:lang w:eastAsia="zh-TW"/>
              </w:rPr>
              <w:t>。</w:t>
            </w:r>
          </w:p>
        </w:tc>
      </w:tr>
    </w:tbl>
    <w:p w14:paraId="0F8C1143" w14:textId="77777777" w:rsidR="00463A66" w:rsidRDefault="00463A66">
      <w:pPr>
        <w:spacing w:after="240"/>
        <w:rPr>
          <w:rFonts w:ascii="標楷體" w:eastAsia="標楷體" w:hAnsi="標楷體"/>
          <w:b/>
          <w:lang w:eastAsia="zh-TW"/>
        </w:rPr>
      </w:pPr>
    </w:p>
    <w:p w14:paraId="37F39F11" w14:textId="5AC9ECBE" w:rsidR="007B650A" w:rsidRPr="00711A0B" w:rsidRDefault="00E5668D" w:rsidP="004D67C0">
      <w:pPr>
        <w:spacing w:after="240"/>
        <w:rPr>
          <w:rFonts w:ascii="標楷體" w:eastAsia="標楷體" w:hAnsi="標楷體"/>
          <w:lang w:eastAsia="zh-TW"/>
        </w:rPr>
      </w:pPr>
      <w:r w:rsidRPr="00711A0B">
        <w:rPr>
          <w:rFonts w:ascii="標楷體" w:eastAsia="標楷體" w:hAnsi="標楷體"/>
          <w:b/>
          <w:lang w:eastAsia="zh-TW"/>
        </w:rPr>
        <w:t>計畫主持人（PI）親筆簽名：___________________________</w:t>
      </w:r>
    </w:p>
    <w:p w14:paraId="5A10D100" w14:textId="77777777" w:rsidR="00DE7D1C" w:rsidRDefault="00DE7D1C" w:rsidP="00463A66">
      <w:pPr>
        <w:spacing w:after="0"/>
        <w:jc w:val="center"/>
        <w:rPr>
          <w:rFonts w:ascii="標楷體" w:eastAsia="標楷體" w:hAnsi="標楷體"/>
          <w:b/>
          <w:lang w:eastAsia="zh-TW"/>
        </w:rPr>
      </w:pPr>
    </w:p>
    <w:p w14:paraId="182A3262" w14:textId="6416CF05" w:rsidR="007B650A" w:rsidRPr="004D67C0" w:rsidRDefault="00E5668D" w:rsidP="00463A66">
      <w:pPr>
        <w:spacing w:after="0"/>
        <w:jc w:val="center"/>
        <w:rPr>
          <w:rFonts w:ascii="標楷體" w:eastAsia="標楷體" w:hAnsi="標楷體"/>
          <w:b/>
          <w:lang w:eastAsia="zh-TW"/>
        </w:rPr>
      </w:pPr>
      <w:r w:rsidRPr="004D67C0">
        <w:rPr>
          <w:rFonts w:ascii="標楷體" w:eastAsia="標楷體" w:hAnsi="標楷體"/>
          <w:b/>
          <w:lang w:eastAsia="zh-TW"/>
        </w:rPr>
        <w:t>中 華 民 國            年            月            日</w:t>
      </w:r>
    </w:p>
    <w:p w14:paraId="758522EC" w14:textId="0F99AF19" w:rsidR="004D67C0" w:rsidRDefault="004D67C0" w:rsidP="004D67C0">
      <w:pPr>
        <w:pBdr>
          <w:bottom w:val="single" w:sz="6" w:space="1" w:color="auto"/>
        </w:pBdr>
        <w:rPr>
          <w:rFonts w:ascii="標楷體" w:eastAsia="標楷體" w:hAnsi="標楷體"/>
          <w:lang w:eastAsia="zh-TW"/>
        </w:rPr>
      </w:pPr>
    </w:p>
    <w:p w14:paraId="73D46F1A" w14:textId="4045D312" w:rsidR="004D67C0" w:rsidRDefault="004D67C0" w:rsidP="004D67C0">
      <w:pPr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t>以下欄位計畫主持人不需填寫</w:t>
      </w:r>
    </w:p>
    <w:p w14:paraId="366C207A" w14:textId="2BCF2D1F" w:rsidR="004D67C0" w:rsidRDefault="009D36A3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>
        <w:rPr>
          <w:rFonts w:ascii="標楷體" w:eastAsia="標楷體" w:hAnsi="標楷體" w:hint="eastAsia"/>
          <w:b/>
          <w:color w:val="1E3A8A"/>
          <w:sz w:val="28"/>
          <w:lang w:eastAsia="zh-TW"/>
        </w:rPr>
        <w:t>產學營運總中心</w:t>
      </w:r>
      <w:r w:rsidR="0091565D" w:rsidRPr="0091565D">
        <w:rPr>
          <w:rFonts w:ascii="標楷體" w:eastAsia="標楷體" w:hAnsi="標楷體"/>
          <w:b/>
          <w:color w:val="1E3A8A"/>
          <w:sz w:val="28"/>
          <w:lang w:eastAsia="zh-TW"/>
        </w:rPr>
        <w:t>IP初審小組</w:t>
      </w:r>
      <w:r w:rsidR="004D67C0">
        <w:rPr>
          <w:rFonts w:ascii="標楷體" w:eastAsia="標楷體" w:hAnsi="標楷體" w:hint="eastAsia"/>
          <w:b/>
          <w:color w:val="1E3A8A"/>
          <w:sz w:val="28"/>
          <w:lang w:eastAsia="zh-TW"/>
        </w:rPr>
        <w:t>裁量</w:t>
      </w:r>
    </w:p>
    <w:p w14:paraId="5E82210C" w14:textId="413AA79F" w:rsidR="004D67C0" w:rsidRDefault="004D67C0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</w:p>
    <w:p w14:paraId="023D4593" w14:textId="0C4D9ED5" w:rsidR="004D67C0" w:rsidRDefault="004D67C0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 w:rsidRPr="004D67C0">
        <w:rPr>
          <w:rFonts w:ascii="標楷體" w:eastAsia="標楷體" w:hAnsi="標楷體"/>
          <w:b/>
          <w:color w:val="1E3A8A"/>
          <w:sz w:val="28"/>
          <w:lang w:eastAsia="zh-TW"/>
        </w:rPr>
        <w:t>□</w:t>
      </w:r>
      <w:r>
        <w:rPr>
          <w:rFonts w:ascii="標楷體" w:eastAsia="標楷體" w:hAnsi="標楷體" w:hint="eastAsia"/>
          <w:b/>
          <w:color w:val="1E3A8A"/>
          <w:sz w:val="28"/>
          <w:lang w:eastAsia="zh-TW"/>
        </w:rPr>
        <w:t>本案得以一般審閱流程處理</w:t>
      </w:r>
    </w:p>
    <w:p w14:paraId="2619534B" w14:textId="7775CB71" w:rsidR="004D67C0" w:rsidRDefault="004D67C0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 w:rsidRPr="004D67C0">
        <w:rPr>
          <w:rFonts w:ascii="標楷體" w:eastAsia="標楷體" w:hAnsi="標楷體"/>
          <w:b/>
          <w:color w:val="1E3A8A"/>
          <w:sz w:val="28"/>
          <w:lang w:eastAsia="zh-TW"/>
        </w:rPr>
        <w:t>□</w:t>
      </w:r>
      <w:r>
        <w:rPr>
          <w:rFonts w:ascii="標楷體" w:eastAsia="標楷體" w:hAnsi="標楷體" w:hint="eastAsia"/>
          <w:b/>
          <w:color w:val="1E3A8A"/>
          <w:sz w:val="28"/>
          <w:lang w:eastAsia="zh-TW"/>
        </w:rPr>
        <w:t>本案須進入IP專責委員會進行審查</w:t>
      </w:r>
    </w:p>
    <w:p w14:paraId="3FF990B1" w14:textId="0B9057E2" w:rsidR="004D67C0" w:rsidRDefault="000A1E53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 w:rsidRPr="004D67C0">
        <w:rPr>
          <w:rFonts w:ascii="標楷體" w:eastAsia="標楷體" w:hAnsi="標楷體"/>
          <w:b/>
          <w:color w:val="1E3A8A"/>
          <w:sz w:val="28"/>
          <w:lang w:eastAsia="zh-TW"/>
        </w:rPr>
        <w:t>□</w:t>
      </w:r>
      <w:r>
        <w:rPr>
          <w:rFonts w:ascii="標楷體" w:eastAsia="標楷體" w:hAnsi="標楷體" w:hint="eastAsia"/>
          <w:b/>
          <w:color w:val="1E3A8A"/>
          <w:sz w:val="28"/>
          <w:lang w:eastAsia="zh-TW"/>
        </w:rPr>
        <w:t>本案不通過，建請計畫主持人重新議約</w:t>
      </w:r>
    </w:p>
    <w:p w14:paraId="5FB7C4F9" w14:textId="77777777" w:rsidR="004D67C0" w:rsidRDefault="004D67C0" w:rsidP="004D67C0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>
        <w:rPr>
          <w:rFonts w:ascii="標楷體" w:eastAsia="標楷體" w:hAnsi="標楷體" w:hint="eastAsia"/>
          <w:b/>
          <w:color w:val="1E3A8A"/>
          <w:sz w:val="28"/>
          <w:lang w:eastAsia="zh-TW"/>
        </w:rPr>
        <w:t xml:space="preserve">                                    </w:t>
      </w:r>
    </w:p>
    <w:p w14:paraId="3C32779F" w14:textId="045609B1" w:rsidR="004D67C0" w:rsidRDefault="009D36A3" w:rsidP="002D06A7">
      <w:pPr>
        <w:rPr>
          <w:rFonts w:ascii="標楷體" w:eastAsia="標楷體" w:hAnsi="標楷體"/>
          <w:b/>
          <w:color w:val="1E3A8A"/>
          <w:sz w:val="28"/>
          <w:lang w:eastAsia="zh-TW"/>
        </w:rPr>
      </w:pPr>
      <w:r w:rsidRPr="009D36A3">
        <w:rPr>
          <w:rFonts w:ascii="標楷體" w:eastAsia="標楷體" w:hAnsi="標楷體"/>
          <w:b/>
          <w:color w:val="1E3A8A"/>
          <w:sz w:val="28"/>
          <w:lang w:eastAsia="zh-TW"/>
        </w:rPr>
        <w:t>產學營運總中心</w:t>
      </w:r>
      <w:r w:rsidR="002D06A7" w:rsidRPr="0091565D">
        <w:rPr>
          <w:rFonts w:ascii="標楷體" w:eastAsia="標楷體" w:hAnsi="標楷體"/>
          <w:b/>
          <w:color w:val="1E3A8A"/>
          <w:sz w:val="28"/>
          <w:lang w:eastAsia="zh-TW"/>
        </w:rPr>
        <w:t>IP初審小組</w:t>
      </w:r>
      <w:r w:rsidR="004D67C0">
        <w:rPr>
          <w:rFonts w:ascii="標楷體" w:eastAsia="標楷體" w:hAnsi="標楷體" w:hint="eastAsia"/>
          <w:b/>
          <w:color w:val="1E3A8A"/>
          <w:sz w:val="28"/>
          <w:lang w:eastAsia="zh-TW"/>
        </w:rPr>
        <w:t>：</w:t>
      </w:r>
      <w:r w:rsidR="004D67C0" w:rsidRPr="00711A0B">
        <w:rPr>
          <w:rFonts w:ascii="標楷體" w:eastAsia="標楷體" w:hAnsi="標楷體"/>
          <w:b/>
          <w:lang w:eastAsia="zh-TW"/>
        </w:rPr>
        <w:t>_________________</w:t>
      </w:r>
      <w:r w:rsidR="002D06A7" w:rsidRPr="00711A0B">
        <w:rPr>
          <w:rFonts w:ascii="標楷體" w:eastAsia="標楷體" w:hAnsi="標楷體"/>
          <w:b/>
          <w:lang w:eastAsia="zh-TW"/>
        </w:rPr>
        <w:t>_____________________</w:t>
      </w:r>
      <w:r w:rsidR="004D67C0" w:rsidRPr="00711A0B">
        <w:rPr>
          <w:rFonts w:ascii="標楷體" w:eastAsia="標楷體" w:hAnsi="標楷體"/>
          <w:b/>
          <w:lang w:eastAsia="zh-TW"/>
        </w:rPr>
        <w:t>____</w:t>
      </w:r>
      <w:r w:rsidR="004D67C0">
        <w:rPr>
          <w:rFonts w:ascii="標楷體" w:eastAsia="標楷體" w:hAnsi="標楷體" w:hint="eastAsia"/>
          <w:b/>
          <w:color w:val="1E3A8A"/>
          <w:sz w:val="28"/>
          <w:lang w:eastAsia="zh-TW"/>
        </w:rPr>
        <w:t xml:space="preserve"> (簽章)</w:t>
      </w:r>
    </w:p>
    <w:p w14:paraId="56FA86EB" w14:textId="77777777" w:rsidR="00DE7D1C" w:rsidRDefault="00DE7D1C" w:rsidP="004D67C0">
      <w:pPr>
        <w:spacing w:after="0"/>
        <w:jc w:val="center"/>
        <w:rPr>
          <w:rFonts w:ascii="標楷體" w:eastAsia="標楷體" w:hAnsi="標楷體"/>
          <w:b/>
          <w:color w:val="1E3A8A"/>
          <w:sz w:val="28"/>
          <w:lang w:eastAsia="zh-TW"/>
        </w:rPr>
      </w:pPr>
    </w:p>
    <w:p w14:paraId="710BF46C" w14:textId="7EE3823D" w:rsidR="004D67C0" w:rsidRPr="004D67C0" w:rsidRDefault="004D67C0" w:rsidP="004D67C0">
      <w:pPr>
        <w:spacing w:after="0"/>
        <w:jc w:val="center"/>
        <w:rPr>
          <w:rFonts w:ascii="標楷體" w:eastAsia="標楷體" w:hAnsi="標楷體"/>
          <w:b/>
          <w:color w:val="1E3A8A"/>
          <w:sz w:val="28"/>
          <w:lang w:eastAsia="zh-TW"/>
        </w:rPr>
      </w:pPr>
      <w:r w:rsidRPr="004D67C0">
        <w:rPr>
          <w:rFonts w:ascii="標楷體" w:eastAsia="標楷體" w:hAnsi="標楷體"/>
          <w:b/>
          <w:color w:val="1E3A8A"/>
          <w:sz w:val="28"/>
          <w:lang w:eastAsia="zh-TW"/>
        </w:rPr>
        <w:t>中 華 民 國            年            月            日</w:t>
      </w:r>
    </w:p>
    <w:p w14:paraId="10DFB413" w14:textId="2643E6D7" w:rsidR="008D6226" w:rsidRDefault="008D6226" w:rsidP="004D67C0">
      <w:pPr>
        <w:jc w:val="right"/>
        <w:rPr>
          <w:rFonts w:ascii="標楷體" w:eastAsia="標楷體" w:hAnsi="標楷體"/>
          <w:b/>
          <w:color w:val="1E3A8A"/>
          <w:sz w:val="28"/>
          <w:lang w:eastAsia="zh-TW"/>
        </w:rPr>
      </w:pPr>
      <w:r>
        <w:rPr>
          <w:rFonts w:ascii="標楷體" w:eastAsia="標楷體" w:hAnsi="標楷體"/>
          <w:b/>
          <w:color w:val="1E3A8A"/>
          <w:sz w:val="28"/>
          <w:lang w:eastAsia="zh-TW"/>
        </w:rPr>
        <w:br w:type="page"/>
      </w:r>
    </w:p>
    <w:p w14:paraId="15FB965B" w14:textId="2A599379" w:rsidR="004D67C0" w:rsidRPr="00007BB2" w:rsidRDefault="008D6226" w:rsidP="008D6226">
      <w:pPr>
        <w:rPr>
          <w:rFonts w:ascii="標楷體" w:eastAsia="標楷體" w:hAnsi="標楷體"/>
          <w:b/>
          <w:color w:val="FF0000"/>
          <w:sz w:val="28"/>
          <w:lang w:eastAsia="zh-TW"/>
        </w:rPr>
      </w:pPr>
      <w:r w:rsidRPr="00007BB2">
        <w:rPr>
          <w:rFonts w:ascii="標楷體" w:eastAsia="標楷體" w:hAnsi="標楷體" w:hint="eastAsia"/>
          <w:b/>
          <w:color w:val="FF0000"/>
          <w:sz w:val="28"/>
          <w:lang w:eastAsia="zh-TW"/>
        </w:rPr>
        <w:lastRenderedPageBreak/>
        <w:t>【請檢附佐證資料並註明</w:t>
      </w:r>
      <w:r w:rsidRPr="00007BB2">
        <w:rPr>
          <w:rFonts w:ascii="標楷體" w:eastAsia="標楷體" w:hAnsi="標楷體"/>
          <w:b/>
          <w:color w:val="FF0000"/>
          <w:sz w:val="28"/>
          <w:lang w:eastAsia="zh-TW"/>
        </w:rPr>
        <w:t>客觀指標</w:t>
      </w:r>
      <w:r w:rsidRPr="00007BB2">
        <w:rPr>
          <w:rFonts w:ascii="標楷體" w:eastAsia="標楷體" w:hAnsi="標楷體" w:hint="eastAsia"/>
          <w:b/>
          <w:color w:val="FF0000"/>
          <w:sz w:val="28"/>
          <w:lang w:eastAsia="zh-TW"/>
        </w:rPr>
        <w:t>之編號後裝訂】</w:t>
      </w:r>
    </w:p>
    <w:sectPr w:rsidR="004D67C0" w:rsidRPr="00007BB2" w:rsidSect="00034616">
      <w:headerReference w:type="default" r:id="rId8"/>
      <w:footerReference w:type="default" r:id="rId9"/>
      <w:pgSz w:w="11909" w:h="16834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14C1B" w14:textId="77777777" w:rsidR="008F33BA" w:rsidRDefault="008F33BA" w:rsidP="004D67C0">
      <w:pPr>
        <w:spacing w:after="0" w:line="240" w:lineRule="auto"/>
      </w:pPr>
      <w:r>
        <w:separator/>
      </w:r>
    </w:p>
  </w:endnote>
  <w:endnote w:type="continuationSeparator" w:id="0">
    <w:p w14:paraId="148FFD15" w14:textId="77777777" w:rsidR="008F33BA" w:rsidRDefault="008F33BA" w:rsidP="004D6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312D1" w14:textId="6BC4B271" w:rsidR="004C2E4F" w:rsidRPr="004C2E4F" w:rsidRDefault="004C2E4F" w:rsidP="004C2E4F">
    <w:pPr>
      <w:pStyle w:val="a7"/>
      <w:jc w:val="right"/>
      <w:rPr>
        <w:rFonts w:ascii="標楷體" w:eastAsia="標楷體" w:hAnsi="標楷體"/>
      </w:rPr>
    </w:pPr>
    <w:r w:rsidRPr="004C2E4F">
      <w:rPr>
        <w:rFonts w:ascii="標楷體" w:eastAsia="標楷體" w:hAnsi="標楷體" w:cs="微軟正黑體" w:hint="eastAsia"/>
        <w:lang w:eastAsia="zh-TW"/>
      </w:rPr>
      <w:t>機密文件</w:t>
    </w:r>
    <w:r>
      <w:rPr>
        <w:rFonts w:ascii="標楷體" w:eastAsia="標楷體" w:hAnsi="標楷體" w:cs="微軟正黑體" w:hint="eastAsia"/>
        <w:lang w:eastAsia="zh-TW"/>
      </w:rPr>
      <w:t>IPA-CH-01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5FCBB" w14:textId="77777777" w:rsidR="008F33BA" w:rsidRDefault="008F33BA" w:rsidP="004D67C0">
      <w:pPr>
        <w:spacing w:after="0" w:line="240" w:lineRule="auto"/>
      </w:pPr>
      <w:r>
        <w:separator/>
      </w:r>
    </w:p>
  </w:footnote>
  <w:footnote w:type="continuationSeparator" w:id="0">
    <w:p w14:paraId="72DA5647" w14:textId="77777777" w:rsidR="008F33BA" w:rsidRDefault="008F33BA" w:rsidP="004D6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3BCE4" w14:textId="77777777" w:rsidR="004C2E4F" w:rsidRDefault="004C2E4F" w:rsidP="004C2E4F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7BB2"/>
    <w:rsid w:val="00034616"/>
    <w:rsid w:val="0006063C"/>
    <w:rsid w:val="000A1E53"/>
    <w:rsid w:val="0015074B"/>
    <w:rsid w:val="0029639D"/>
    <w:rsid w:val="002C43AE"/>
    <w:rsid w:val="002D06A7"/>
    <w:rsid w:val="00326F90"/>
    <w:rsid w:val="00463A66"/>
    <w:rsid w:val="00467E3E"/>
    <w:rsid w:val="00471911"/>
    <w:rsid w:val="004C2E4F"/>
    <w:rsid w:val="004D161F"/>
    <w:rsid w:val="004D67C0"/>
    <w:rsid w:val="00614356"/>
    <w:rsid w:val="006D0275"/>
    <w:rsid w:val="00711A0B"/>
    <w:rsid w:val="0071518D"/>
    <w:rsid w:val="00740AB2"/>
    <w:rsid w:val="00785094"/>
    <w:rsid w:val="007B650A"/>
    <w:rsid w:val="008B0B67"/>
    <w:rsid w:val="008D6226"/>
    <w:rsid w:val="008F33BA"/>
    <w:rsid w:val="0091565D"/>
    <w:rsid w:val="0092222B"/>
    <w:rsid w:val="009D36A3"/>
    <w:rsid w:val="00A331DC"/>
    <w:rsid w:val="00AA1D8D"/>
    <w:rsid w:val="00AA51FC"/>
    <w:rsid w:val="00B057E8"/>
    <w:rsid w:val="00B173AB"/>
    <w:rsid w:val="00B47730"/>
    <w:rsid w:val="00C255DC"/>
    <w:rsid w:val="00C31675"/>
    <w:rsid w:val="00C42840"/>
    <w:rsid w:val="00CB0664"/>
    <w:rsid w:val="00CC3DAC"/>
    <w:rsid w:val="00CE6E1B"/>
    <w:rsid w:val="00D4073C"/>
    <w:rsid w:val="00D672BC"/>
    <w:rsid w:val="00DC03AA"/>
    <w:rsid w:val="00DE7D1C"/>
    <w:rsid w:val="00E5668D"/>
    <w:rsid w:val="00FC693F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4:docId w14:val="599A5206"/>
  <w14:defaultImageDpi w14:val="300"/>
  <w15:docId w15:val="{68AEC2AD-9299-49A5-8F45-203FC908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hAnsi="微軟正黑體"/>
      <w:color w:val="334155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41">
    <w:name w:val="Plain Table 4"/>
    <w:basedOn w:val="a3"/>
    <w:uiPriority w:val="99"/>
    <w:rsid w:val="00463A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E26827B-6EE9-4867-8951-937FFE83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NTHU OCIC LEGAL</dc:creator>
  <cp:keywords/>
  <dc:description>generated by python-docx</dc:description>
  <cp:lastModifiedBy>清華法務員</cp:lastModifiedBy>
  <cp:revision>14</cp:revision>
  <cp:lastPrinted>2026-06-16T08:02:00Z</cp:lastPrinted>
  <dcterms:created xsi:type="dcterms:W3CDTF">2026-07-29T03:41:00Z</dcterms:created>
  <dcterms:modified xsi:type="dcterms:W3CDTF">2026-08-18T02:54:00Z</dcterms:modified>
  <cp:category/>
</cp:coreProperties>
</file>